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15CED" w14:textId="77777777" w:rsidR="00A61B8C" w:rsidRPr="00314D0B" w:rsidRDefault="00000000" w:rsidP="00314D0B">
      <w:pPr>
        <w:pBdr>
          <w:bottom w:val="single" w:sz="12" w:space="4" w:color="00B0F0"/>
        </w:pBdr>
        <w:shd w:val="clear" w:color="auto" w:fill="1F497D" w:themeFill="text2"/>
        <w:spacing w:after="480"/>
        <w:jc w:val="center"/>
        <w:rPr>
          <w:color w:val="FFFFFF" w:themeColor="background1"/>
          <w:lang w:val="pt-BR"/>
        </w:rPr>
      </w:pPr>
      <w:r w:rsidRPr="00314D0B">
        <w:rPr>
          <w:rFonts w:ascii="Arial" w:hAnsi="Arial"/>
          <w:b/>
          <w:color w:val="FFFFFF" w:themeColor="background1"/>
          <w:sz w:val="26"/>
          <w:lang w:val="pt-BR"/>
        </w:rPr>
        <w:t>DECLARAÇÃO DE INEXISTÊNCIA DE CONFLITO DE INTERESSES</w:t>
      </w:r>
      <w:r w:rsidRPr="00314D0B">
        <w:rPr>
          <w:rFonts w:ascii="Arial" w:hAnsi="Arial"/>
          <w:b/>
          <w:color w:val="FFFFFF" w:themeColor="background1"/>
          <w:sz w:val="26"/>
          <w:lang w:val="pt-BR"/>
        </w:rPr>
        <w:br/>
      </w:r>
      <w:r w:rsidRPr="00314D0B">
        <w:rPr>
          <w:rFonts w:ascii="Arial" w:hAnsi="Arial"/>
          <w:b/>
          <w:color w:val="FFFFFF" w:themeColor="background1"/>
          <w:lang w:val="pt-BR"/>
        </w:rPr>
        <w:t>REVISTA SABERES UNIVERSITÁRIOS</w:t>
      </w:r>
      <w:r w:rsidRPr="00314D0B">
        <w:rPr>
          <w:rFonts w:ascii="Arial" w:hAnsi="Arial"/>
          <w:b/>
          <w:color w:val="FFFFFF" w:themeColor="background1"/>
          <w:lang w:val="pt-BR"/>
        </w:rPr>
        <w:br/>
      </w:r>
      <w:r w:rsidRPr="00314D0B">
        <w:rPr>
          <w:rFonts w:ascii="Arial" w:hAnsi="Arial"/>
          <w:color w:val="FFFFFF" w:themeColor="background1"/>
          <w:sz w:val="20"/>
          <w:lang w:val="pt-BR"/>
        </w:rPr>
        <w:t>ISSN: 2447-9411 | Universidade Estadual de Campinas – UNICAMP</w:t>
      </w:r>
    </w:p>
    <w:p w14:paraId="3386C6CA" w14:textId="77777777" w:rsidR="00A61B8C" w:rsidRPr="00314D0B" w:rsidRDefault="00000000">
      <w:pPr>
        <w:spacing w:after="240" w:line="300" w:lineRule="auto"/>
        <w:ind w:firstLine="720"/>
        <w:jc w:val="both"/>
        <w:rPr>
          <w:lang w:val="pt-BR"/>
        </w:rPr>
      </w:pPr>
      <w:r w:rsidRPr="00314D0B">
        <w:rPr>
          <w:rFonts w:ascii="Arial" w:hAnsi="Arial"/>
          <w:lang w:val="pt-BR"/>
        </w:rPr>
        <w:t xml:space="preserve">Eu, [Nome completo do autor principal/correspondente], na qualidade de autor correspondente, declaro formalmente em nome dos demais coautores, para fins de submissão à </w:t>
      </w:r>
      <w:r w:rsidRPr="00314D0B">
        <w:rPr>
          <w:rFonts w:ascii="Arial" w:hAnsi="Arial"/>
          <w:b/>
          <w:lang w:val="pt-BR"/>
        </w:rPr>
        <w:t>Revista Saberes Universitários</w:t>
      </w:r>
      <w:r w:rsidRPr="00314D0B">
        <w:rPr>
          <w:rFonts w:ascii="Arial" w:hAnsi="Arial"/>
          <w:lang w:val="pt-BR"/>
        </w:rPr>
        <w:t>, publicada pela Universidade Estadual de Campinas – UNICAMP, que o manuscrito intitulado:</w:t>
      </w:r>
    </w:p>
    <w:p w14:paraId="5485134A" w14:textId="77777777" w:rsidR="00A61B8C" w:rsidRPr="00314D0B" w:rsidRDefault="00000000">
      <w:pPr>
        <w:spacing w:before="160" w:after="320"/>
        <w:ind w:left="720" w:right="720"/>
        <w:jc w:val="center"/>
        <w:rPr>
          <w:lang w:val="pt-BR"/>
        </w:rPr>
      </w:pPr>
      <w:r w:rsidRPr="00314D0B">
        <w:rPr>
          <w:rFonts w:ascii="Arial" w:hAnsi="Arial"/>
          <w:b/>
          <w:i/>
          <w:color w:val="1E1E1E"/>
          <w:sz w:val="23"/>
          <w:lang w:val="pt-BR"/>
        </w:rPr>
        <w:t>“[Inserir o Título do Manuscrito]”</w:t>
      </w:r>
    </w:p>
    <w:p w14:paraId="1041EAE8" w14:textId="77777777" w:rsidR="00A61B8C" w:rsidRPr="00314D0B" w:rsidRDefault="00000000">
      <w:pPr>
        <w:spacing w:after="240" w:line="300" w:lineRule="auto"/>
        <w:ind w:firstLine="720"/>
        <w:jc w:val="both"/>
        <w:rPr>
          <w:lang w:val="pt-BR"/>
        </w:rPr>
      </w:pPr>
      <w:proofErr w:type="spellStart"/>
      <w:r w:rsidRPr="00314D0B">
        <w:rPr>
          <w:rFonts w:ascii="Arial" w:hAnsi="Arial"/>
          <w:lang w:val="pt-BR"/>
        </w:rPr>
        <w:t>é</w:t>
      </w:r>
      <w:proofErr w:type="spellEnd"/>
      <w:r w:rsidRPr="00314D0B">
        <w:rPr>
          <w:rFonts w:ascii="Arial" w:hAnsi="Arial"/>
          <w:lang w:val="pt-BR"/>
        </w:rPr>
        <w:t xml:space="preserve"> um trabalho original, inédito e não foi submetido concomitantemente a outro periódico. Declaro, ainda, total anuência às Diretrizes para Publicação, à Política Editorial e à Declaração de Direitos Autorais adotadas pela revista.</w:t>
      </w:r>
    </w:p>
    <w:p w14:paraId="4BDD84C5" w14:textId="77777777" w:rsidR="00A61B8C" w:rsidRPr="00314D0B" w:rsidRDefault="00000000">
      <w:pPr>
        <w:spacing w:after="160" w:line="300" w:lineRule="auto"/>
        <w:ind w:firstLine="720"/>
        <w:jc w:val="both"/>
        <w:rPr>
          <w:lang w:val="pt-BR"/>
        </w:rPr>
      </w:pPr>
      <w:r w:rsidRPr="00314D0B">
        <w:rPr>
          <w:rFonts w:ascii="Arial" w:hAnsi="Arial"/>
          <w:lang w:val="pt-BR"/>
        </w:rPr>
        <w:t>Declaro também que todos os autores que subscrevem o presente trabalho NÃO POSSUEM CONFLITO DE INTERESSES de ordem:</w:t>
      </w:r>
    </w:p>
    <w:p w14:paraId="0C3B6624" w14:textId="46FB1A54" w:rsidR="00A61B8C" w:rsidRPr="00314D0B" w:rsidRDefault="00314D0B" w:rsidP="00314D0B">
      <w:pPr>
        <w:pStyle w:val="Commarcadores"/>
        <w:numPr>
          <w:ilvl w:val="0"/>
          <w:numId w:val="0"/>
        </w:numPr>
        <w:spacing w:after="60"/>
        <w:ind w:left="1800" w:hanging="360"/>
        <w:rPr>
          <w:lang w:val="pt-BR"/>
        </w:rPr>
      </w:pPr>
      <w:proofErr w:type="gramStart"/>
      <w:r>
        <w:rPr>
          <w:rFonts w:ascii="Arial" w:hAnsi="Arial"/>
          <w:sz w:val="21"/>
          <w:lang w:val="pt-BR"/>
        </w:rPr>
        <w:t>[  ]</w:t>
      </w:r>
      <w:proofErr w:type="gramEnd"/>
      <w:r>
        <w:rPr>
          <w:rFonts w:ascii="Arial" w:hAnsi="Arial"/>
          <w:sz w:val="21"/>
          <w:lang w:val="pt-BR"/>
        </w:rPr>
        <w:t xml:space="preserve"> </w:t>
      </w:r>
      <w:r w:rsidR="00000000" w:rsidRPr="00314D0B">
        <w:rPr>
          <w:rFonts w:ascii="Arial" w:hAnsi="Arial"/>
          <w:sz w:val="21"/>
          <w:lang w:val="pt-BR"/>
        </w:rPr>
        <w:t>Pessoal;</w:t>
      </w:r>
    </w:p>
    <w:p w14:paraId="5DCA2E1F" w14:textId="3897D695" w:rsidR="00A61B8C" w:rsidRPr="00314D0B" w:rsidRDefault="00314D0B" w:rsidP="00314D0B">
      <w:pPr>
        <w:pStyle w:val="Commarcadores"/>
        <w:numPr>
          <w:ilvl w:val="0"/>
          <w:numId w:val="0"/>
        </w:numPr>
        <w:spacing w:after="60"/>
        <w:ind w:left="1800" w:hanging="360"/>
        <w:rPr>
          <w:lang w:val="pt-BR"/>
        </w:rPr>
      </w:pPr>
      <w:proofErr w:type="gramStart"/>
      <w:r>
        <w:rPr>
          <w:rFonts w:ascii="Arial" w:hAnsi="Arial"/>
          <w:sz w:val="21"/>
          <w:lang w:val="pt-BR"/>
        </w:rPr>
        <w:t>[  ]</w:t>
      </w:r>
      <w:proofErr w:type="gramEnd"/>
      <w:r>
        <w:rPr>
          <w:rFonts w:ascii="Arial" w:hAnsi="Arial"/>
          <w:sz w:val="21"/>
          <w:lang w:val="pt-BR"/>
        </w:rPr>
        <w:t xml:space="preserve"> </w:t>
      </w:r>
      <w:r w:rsidR="00000000" w:rsidRPr="00314D0B">
        <w:rPr>
          <w:rFonts w:ascii="Arial" w:hAnsi="Arial"/>
          <w:sz w:val="21"/>
          <w:lang w:val="pt-BR"/>
        </w:rPr>
        <w:t>Comercial;</w:t>
      </w:r>
    </w:p>
    <w:p w14:paraId="30583A32" w14:textId="02DDE949" w:rsidR="00A61B8C" w:rsidRPr="00314D0B" w:rsidRDefault="00314D0B" w:rsidP="00314D0B">
      <w:pPr>
        <w:pStyle w:val="Commarcadores"/>
        <w:numPr>
          <w:ilvl w:val="0"/>
          <w:numId w:val="0"/>
        </w:numPr>
        <w:spacing w:after="60"/>
        <w:ind w:left="1800" w:hanging="360"/>
        <w:rPr>
          <w:lang w:val="pt-BR"/>
        </w:rPr>
      </w:pPr>
      <w:proofErr w:type="gramStart"/>
      <w:r>
        <w:rPr>
          <w:rFonts w:ascii="Arial" w:hAnsi="Arial"/>
          <w:sz w:val="21"/>
          <w:lang w:val="pt-BR"/>
        </w:rPr>
        <w:t>[  ]</w:t>
      </w:r>
      <w:proofErr w:type="gramEnd"/>
      <w:r>
        <w:rPr>
          <w:rFonts w:ascii="Arial" w:hAnsi="Arial"/>
          <w:sz w:val="21"/>
          <w:lang w:val="pt-BR"/>
        </w:rPr>
        <w:t xml:space="preserve"> </w:t>
      </w:r>
      <w:r w:rsidR="00000000" w:rsidRPr="00314D0B">
        <w:rPr>
          <w:rFonts w:ascii="Arial" w:hAnsi="Arial"/>
          <w:sz w:val="21"/>
          <w:lang w:val="pt-BR"/>
        </w:rPr>
        <w:t>Acadêmica/Profissional;</w:t>
      </w:r>
    </w:p>
    <w:p w14:paraId="43BD6F53" w14:textId="7B1B7398" w:rsidR="00A61B8C" w:rsidRPr="00314D0B" w:rsidRDefault="00314D0B" w:rsidP="00314D0B">
      <w:pPr>
        <w:pStyle w:val="Commarcadores"/>
        <w:numPr>
          <w:ilvl w:val="0"/>
          <w:numId w:val="0"/>
        </w:numPr>
        <w:spacing w:after="60"/>
        <w:ind w:left="1800" w:hanging="360"/>
        <w:rPr>
          <w:lang w:val="pt-BR"/>
        </w:rPr>
      </w:pPr>
      <w:proofErr w:type="gramStart"/>
      <w:r>
        <w:rPr>
          <w:rFonts w:ascii="Arial" w:hAnsi="Arial"/>
          <w:sz w:val="21"/>
          <w:lang w:val="pt-BR"/>
        </w:rPr>
        <w:t>[  ]</w:t>
      </w:r>
      <w:proofErr w:type="gramEnd"/>
      <w:r>
        <w:rPr>
          <w:rFonts w:ascii="Arial" w:hAnsi="Arial"/>
          <w:sz w:val="21"/>
          <w:lang w:val="pt-BR"/>
        </w:rPr>
        <w:t xml:space="preserve"> </w:t>
      </w:r>
      <w:r w:rsidR="00000000" w:rsidRPr="00314D0B">
        <w:rPr>
          <w:rFonts w:ascii="Arial" w:hAnsi="Arial"/>
          <w:sz w:val="21"/>
          <w:lang w:val="pt-BR"/>
        </w:rPr>
        <w:t>Política; ou</w:t>
      </w:r>
    </w:p>
    <w:p w14:paraId="556490DA" w14:textId="513284F0" w:rsidR="00A61B8C" w:rsidRPr="00314D0B" w:rsidRDefault="00314D0B" w:rsidP="00314D0B">
      <w:pPr>
        <w:pStyle w:val="Commarcadores"/>
        <w:numPr>
          <w:ilvl w:val="0"/>
          <w:numId w:val="0"/>
        </w:numPr>
        <w:spacing w:after="60"/>
        <w:ind w:left="1800" w:hanging="360"/>
        <w:rPr>
          <w:lang w:val="pt-BR"/>
        </w:rPr>
      </w:pPr>
      <w:proofErr w:type="gramStart"/>
      <w:r>
        <w:rPr>
          <w:rFonts w:ascii="Arial" w:hAnsi="Arial"/>
          <w:sz w:val="21"/>
          <w:lang w:val="pt-BR"/>
        </w:rPr>
        <w:t>[  ]</w:t>
      </w:r>
      <w:proofErr w:type="gramEnd"/>
      <w:r>
        <w:rPr>
          <w:rFonts w:ascii="Arial" w:hAnsi="Arial"/>
          <w:sz w:val="21"/>
          <w:lang w:val="pt-BR"/>
        </w:rPr>
        <w:t xml:space="preserve"> </w:t>
      </w:r>
      <w:r w:rsidR="00000000" w:rsidRPr="00314D0B">
        <w:rPr>
          <w:rFonts w:ascii="Arial" w:hAnsi="Arial"/>
          <w:sz w:val="21"/>
          <w:lang w:val="pt-BR"/>
        </w:rPr>
        <w:t>Financeira em relação à pesquisa e ao manuscrito ora apresentado.</w:t>
      </w:r>
    </w:p>
    <w:p w14:paraId="0E15E2E6" w14:textId="77777777" w:rsidR="00A61B8C" w:rsidRPr="00314D0B" w:rsidRDefault="00000000">
      <w:pPr>
        <w:spacing w:before="160" w:after="480" w:line="300" w:lineRule="auto"/>
        <w:ind w:firstLine="720"/>
        <w:jc w:val="both"/>
        <w:rPr>
          <w:lang w:val="pt-BR"/>
        </w:rPr>
      </w:pPr>
      <w:r w:rsidRPr="00314D0B">
        <w:rPr>
          <w:rFonts w:ascii="Arial" w:hAnsi="Arial"/>
          <w:lang w:val="pt-BR"/>
        </w:rPr>
        <w:t>Certifico, ademais, que quaisquer informações complementares pertinentes foram devidamente manifestadas no sistema ou anexadas durante o processo de submissão na plataforma da Revista Saberes Universitários.</w:t>
      </w:r>
    </w:p>
    <w:p w14:paraId="78AE5403" w14:textId="77777777" w:rsidR="00A61B8C" w:rsidRPr="00314D0B" w:rsidRDefault="00000000">
      <w:pPr>
        <w:spacing w:after="800"/>
        <w:jc w:val="right"/>
        <w:rPr>
          <w:lang w:val="pt-BR"/>
        </w:rPr>
      </w:pPr>
      <w:r w:rsidRPr="00314D0B">
        <w:rPr>
          <w:rFonts w:ascii="Arial" w:hAnsi="Arial"/>
          <w:lang w:val="pt-BR"/>
        </w:rPr>
        <w:t>[Cidade – UF], [Dia] de [Mês] de [Ano].</w:t>
      </w:r>
    </w:p>
    <w:p w14:paraId="52D9FBB6" w14:textId="77777777" w:rsidR="00A61B8C" w:rsidRPr="00314D0B" w:rsidRDefault="00000000">
      <w:pPr>
        <w:spacing w:after="60"/>
        <w:jc w:val="center"/>
        <w:rPr>
          <w:lang w:val="pt-BR"/>
        </w:rPr>
      </w:pPr>
      <w:r w:rsidRPr="00314D0B">
        <w:rPr>
          <w:rFonts w:ascii="Arial" w:hAnsi="Arial"/>
          <w:color w:val="646464"/>
          <w:lang w:val="pt-BR"/>
        </w:rPr>
        <w:t>____________________________________________________</w:t>
      </w:r>
      <w:r w:rsidRPr="00314D0B">
        <w:rPr>
          <w:rFonts w:ascii="Arial" w:hAnsi="Arial"/>
          <w:color w:val="646464"/>
          <w:lang w:val="pt-BR"/>
        </w:rPr>
        <w:br/>
      </w:r>
      <w:r w:rsidRPr="00314D0B">
        <w:rPr>
          <w:rFonts w:ascii="Arial" w:hAnsi="Arial"/>
          <w:b/>
          <w:lang w:val="pt-BR"/>
        </w:rPr>
        <w:t>[Nome do Autor Correspondente / Assinatura]</w:t>
      </w:r>
      <w:r w:rsidRPr="00314D0B">
        <w:rPr>
          <w:rFonts w:ascii="Arial" w:hAnsi="Arial"/>
          <w:b/>
          <w:lang w:val="pt-BR"/>
        </w:rPr>
        <w:br/>
      </w:r>
      <w:r w:rsidRPr="00314D0B">
        <w:rPr>
          <w:rFonts w:ascii="Arial" w:hAnsi="Arial"/>
          <w:color w:val="505050"/>
          <w:sz w:val="20"/>
          <w:lang w:val="pt-BR"/>
        </w:rPr>
        <w:t>[Vínculo Institucional / E-mail de Contato]</w:t>
      </w:r>
    </w:p>
    <w:sectPr w:rsidR="00A61B8C" w:rsidRPr="00314D0B" w:rsidSect="00034616">
      <w:footerReference w:type="default" r:id="rId8"/>
      <w:pgSz w:w="12240" w:h="15840"/>
      <w:pgMar w:top="1440" w:right="1584" w:bottom="1440" w:left="15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98E7B" w14:textId="77777777" w:rsidR="00D512D6" w:rsidRDefault="00D512D6" w:rsidP="00314D0B">
      <w:pPr>
        <w:spacing w:after="0" w:line="240" w:lineRule="auto"/>
      </w:pPr>
      <w:r>
        <w:separator/>
      </w:r>
    </w:p>
  </w:endnote>
  <w:endnote w:type="continuationSeparator" w:id="0">
    <w:p w14:paraId="0ABDB713" w14:textId="77777777" w:rsidR="00D512D6" w:rsidRDefault="00D512D6" w:rsidP="00314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68487" w14:textId="77777777" w:rsidR="00314D0B" w:rsidRPr="00314D0B" w:rsidRDefault="00314D0B" w:rsidP="00314D0B">
    <w:pPr>
      <w:pBdr>
        <w:bottom w:val="single" w:sz="6" w:space="4" w:color="D0D0D0"/>
      </w:pBdr>
      <w:spacing w:before="720"/>
      <w:jc w:val="center"/>
      <w:rPr>
        <w:lang w:val="pt-BR"/>
      </w:rPr>
    </w:pPr>
    <w:r w:rsidRPr="00314D0B">
      <w:rPr>
        <w:rFonts w:ascii="Arial" w:hAnsi="Arial"/>
        <w:color w:val="6E6E6E"/>
        <w:sz w:val="17"/>
        <w:lang w:val="pt-BR"/>
      </w:rPr>
      <w:t>Revista Saberes Universitários</w:t>
    </w:r>
    <w:r w:rsidRPr="00314D0B">
      <w:rPr>
        <w:rFonts w:ascii="Arial" w:hAnsi="Arial"/>
        <w:color w:val="6E6E6E"/>
        <w:sz w:val="17"/>
        <w:lang w:val="pt-BR"/>
      </w:rPr>
      <w:br/>
      <w:t>Sistema de Bibliotecas da UNICAMP (SBU)</w:t>
    </w:r>
    <w:r w:rsidRPr="00314D0B">
      <w:rPr>
        <w:rFonts w:ascii="Arial" w:hAnsi="Arial"/>
        <w:color w:val="6E6E6E"/>
        <w:sz w:val="17"/>
        <w:lang w:val="pt-BR"/>
      </w:rPr>
      <w:br/>
      <w:t>Rua Sérgio Buarque de Holanda, 421 – Cidade Universitária "Zeferino Vaz" – Campinas – SP – CEP 13083-859</w:t>
    </w:r>
    <w:r w:rsidRPr="00314D0B">
      <w:rPr>
        <w:rFonts w:ascii="Arial" w:hAnsi="Arial"/>
        <w:color w:val="6E6E6E"/>
        <w:sz w:val="17"/>
        <w:lang w:val="pt-BR"/>
      </w:rPr>
      <w:br/>
      <w:t>E-mail: rsaberes@unicamp.br | Portal: https://econtents.sbu.unicamp.br/inpec/index.php/saberes</w:t>
    </w:r>
  </w:p>
  <w:p w14:paraId="472F48B0" w14:textId="77777777" w:rsidR="00314D0B" w:rsidRPr="00314D0B" w:rsidRDefault="00314D0B">
    <w:pPr>
      <w:pStyle w:val="Rodap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376C7" w14:textId="77777777" w:rsidR="00D512D6" w:rsidRDefault="00D512D6" w:rsidP="00314D0B">
      <w:pPr>
        <w:spacing w:after="0" w:line="240" w:lineRule="auto"/>
      </w:pPr>
      <w:r>
        <w:separator/>
      </w:r>
    </w:p>
  </w:footnote>
  <w:footnote w:type="continuationSeparator" w:id="0">
    <w:p w14:paraId="250601AE" w14:textId="77777777" w:rsidR="00D512D6" w:rsidRDefault="00D512D6" w:rsidP="00314D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3287401">
    <w:abstractNumId w:val="8"/>
  </w:num>
  <w:num w:numId="2" w16cid:durableId="1273056301">
    <w:abstractNumId w:val="6"/>
  </w:num>
  <w:num w:numId="3" w16cid:durableId="180242920">
    <w:abstractNumId w:val="5"/>
  </w:num>
  <w:num w:numId="4" w16cid:durableId="1474831857">
    <w:abstractNumId w:val="4"/>
  </w:num>
  <w:num w:numId="5" w16cid:durableId="1546601682">
    <w:abstractNumId w:val="7"/>
  </w:num>
  <w:num w:numId="6" w16cid:durableId="723257614">
    <w:abstractNumId w:val="3"/>
  </w:num>
  <w:num w:numId="7" w16cid:durableId="801390709">
    <w:abstractNumId w:val="2"/>
  </w:num>
  <w:num w:numId="8" w16cid:durableId="594829896">
    <w:abstractNumId w:val="1"/>
  </w:num>
  <w:num w:numId="9" w16cid:durableId="1646540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14D0B"/>
    <w:rsid w:val="00326F90"/>
    <w:rsid w:val="00A61B8C"/>
    <w:rsid w:val="00AA1D8D"/>
    <w:rsid w:val="00B47730"/>
    <w:rsid w:val="00CB0664"/>
    <w:rsid w:val="00D512D6"/>
    <w:rsid w:val="00D542D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67F67B"/>
  <w14:defaultImageDpi w14:val="300"/>
  <w15:docId w15:val="{0AD2E2BC-55E4-40C6-8837-AB248F01C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211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Gildenir Carolino Santos</cp:lastModifiedBy>
  <cp:revision>2</cp:revision>
  <dcterms:created xsi:type="dcterms:W3CDTF">2013-12-23T23:15:00Z</dcterms:created>
  <dcterms:modified xsi:type="dcterms:W3CDTF">2026-10-22T20:16:00Z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aba4db6776a11967b6f1cb6d6c849e205fda46c095b7892d371a0dfabbdd7d12</vt:lpwstr>
  </property>
</Properties>
</file>